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54DF7" w14:textId="4C69B1E3" w:rsidR="000144D7" w:rsidRPr="00B61A93" w:rsidRDefault="0092591A" w:rsidP="00B61A93">
      <w:pPr>
        <w:spacing w:line="360" w:lineRule="auto"/>
        <w:jc w:val="center"/>
        <w:rPr>
          <w:rFonts w:cs="Arial"/>
          <w:b/>
          <w:sz w:val="24"/>
          <w:szCs w:val="24"/>
        </w:rPr>
      </w:pPr>
      <w:r w:rsidRPr="00035FC8">
        <w:rPr>
          <w:rFonts w:cs="Arial"/>
          <w:b/>
          <w:sz w:val="24"/>
          <w:szCs w:val="24"/>
        </w:rPr>
        <w:t>ANEXO III</w:t>
      </w:r>
      <w:r w:rsidRPr="00035FC8">
        <w:rPr>
          <w:rFonts w:cs="Arial"/>
          <w:b/>
          <w:sz w:val="24"/>
          <w:szCs w:val="24"/>
        </w:rPr>
        <w:br/>
        <w:t>FORMULÁRIO DE RECURSO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4881"/>
        <w:gridCol w:w="3855"/>
      </w:tblGrid>
      <w:tr w:rsidR="006F21E8" w:rsidRPr="00035FC8" w14:paraId="5FF53FBB" w14:textId="77777777" w:rsidTr="00064F78">
        <w:trPr>
          <w:cantSplit/>
          <w:trHeight w:val="57"/>
          <w:jc w:val="center"/>
        </w:trPr>
        <w:tc>
          <w:tcPr>
            <w:tcW w:w="0" w:type="auto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F7124E" w14:textId="77777777" w:rsidR="006F21E8" w:rsidRPr="00035FC8" w:rsidRDefault="0092591A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35FC8">
              <w:rPr>
                <w:rFonts w:cs="Arial"/>
                <w:b/>
                <w:sz w:val="24"/>
                <w:szCs w:val="24"/>
              </w:rPr>
              <w:t>1. Etapa questionada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85FAD9" w14:textId="77777777" w:rsidR="006F21E8" w:rsidRPr="00035FC8" w:rsidRDefault="0092591A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proofErr w:type="gramStart"/>
            <w:r w:rsidRPr="00035FC8">
              <w:rPr>
                <w:rFonts w:cs="Arial"/>
                <w:sz w:val="24"/>
                <w:szCs w:val="24"/>
              </w:rPr>
              <w:t>( )</w:t>
            </w:r>
            <w:proofErr w:type="gramEnd"/>
            <w:r w:rsidRPr="00035FC8">
              <w:rPr>
                <w:rFonts w:cs="Arial"/>
                <w:sz w:val="24"/>
                <w:szCs w:val="24"/>
              </w:rPr>
              <w:t xml:space="preserve"> </w:t>
            </w:r>
            <w:proofErr w:type="gramStart"/>
            <w:r w:rsidRPr="00035FC8">
              <w:rPr>
                <w:rFonts w:cs="Arial"/>
                <w:sz w:val="24"/>
                <w:szCs w:val="24"/>
              </w:rPr>
              <w:t>Homologação  (</w:t>
            </w:r>
            <w:proofErr w:type="gramEnd"/>
            <w:r w:rsidRPr="00035FC8">
              <w:rPr>
                <w:rFonts w:cs="Arial"/>
                <w:sz w:val="24"/>
                <w:szCs w:val="24"/>
              </w:rPr>
              <w:t xml:space="preserve"> ) Classificação</w:t>
            </w:r>
          </w:p>
        </w:tc>
      </w:tr>
      <w:tr w:rsidR="006F21E8" w:rsidRPr="00035FC8" w14:paraId="08AC87B8" w14:textId="77777777" w:rsidTr="00064F78">
        <w:trPr>
          <w:cantSplit/>
          <w:trHeight w:val="57"/>
          <w:jc w:val="center"/>
        </w:trPr>
        <w:tc>
          <w:tcPr>
            <w:tcW w:w="0" w:type="auto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9ACE29" w14:textId="77777777" w:rsidR="006F21E8" w:rsidRPr="00035FC8" w:rsidRDefault="0092591A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35FC8">
              <w:rPr>
                <w:rFonts w:cs="Arial"/>
                <w:b/>
                <w:sz w:val="24"/>
                <w:szCs w:val="24"/>
              </w:rPr>
              <w:t>2. Nome do proponente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E3E3F1" w14:textId="634D3623" w:rsidR="006F21E8" w:rsidRPr="00035FC8" w:rsidRDefault="006F21E8" w:rsidP="00064F78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6F21E8" w:rsidRPr="00035FC8" w14:paraId="2D3DD1FB" w14:textId="77777777" w:rsidTr="00064F78">
        <w:trPr>
          <w:cantSplit/>
          <w:trHeight w:val="57"/>
          <w:jc w:val="center"/>
        </w:trPr>
        <w:tc>
          <w:tcPr>
            <w:tcW w:w="0" w:type="auto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DF585C" w14:textId="77777777" w:rsidR="006F21E8" w:rsidRPr="00035FC8" w:rsidRDefault="0092591A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35FC8">
              <w:rPr>
                <w:rFonts w:cs="Arial"/>
                <w:b/>
                <w:sz w:val="24"/>
                <w:szCs w:val="24"/>
              </w:rPr>
              <w:t>3. Instituição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4DBC4E" w14:textId="5352AB78" w:rsidR="006F21E8" w:rsidRPr="00035FC8" w:rsidRDefault="006F21E8" w:rsidP="00064F78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6F21E8" w:rsidRPr="00035FC8" w14:paraId="721B071F" w14:textId="77777777" w:rsidTr="00064F78">
        <w:trPr>
          <w:cantSplit/>
          <w:trHeight w:val="57"/>
          <w:jc w:val="center"/>
        </w:trPr>
        <w:tc>
          <w:tcPr>
            <w:tcW w:w="0" w:type="auto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AD5543" w14:textId="77777777" w:rsidR="006F21E8" w:rsidRPr="00035FC8" w:rsidRDefault="0092591A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35FC8">
              <w:rPr>
                <w:rFonts w:cs="Arial"/>
                <w:b/>
                <w:sz w:val="24"/>
                <w:szCs w:val="24"/>
              </w:rPr>
              <w:t>4. Título da prática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ACC555" w14:textId="0FD6C5FE" w:rsidR="006F21E8" w:rsidRPr="00035FC8" w:rsidRDefault="006F21E8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</w:p>
        </w:tc>
      </w:tr>
      <w:tr w:rsidR="006F21E8" w:rsidRPr="00035FC8" w14:paraId="09BB59DD" w14:textId="77777777" w:rsidTr="00064F78">
        <w:trPr>
          <w:cantSplit/>
          <w:trHeight w:val="57"/>
          <w:jc w:val="center"/>
        </w:trPr>
        <w:tc>
          <w:tcPr>
            <w:tcW w:w="0" w:type="auto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ED27C7" w14:textId="77777777" w:rsidR="006F21E8" w:rsidRPr="00035FC8" w:rsidRDefault="0092591A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35FC8">
              <w:rPr>
                <w:rFonts w:cs="Arial"/>
                <w:b/>
                <w:sz w:val="24"/>
                <w:szCs w:val="24"/>
              </w:rPr>
              <w:t>5. Item do Edital ou decisão questionada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1BA5FA" w14:textId="01BD62FC" w:rsidR="006F21E8" w:rsidRPr="00035FC8" w:rsidRDefault="006F21E8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</w:p>
        </w:tc>
      </w:tr>
      <w:tr w:rsidR="006F21E8" w:rsidRPr="00035FC8" w14:paraId="05B5BD66" w14:textId="77777777" w:rsidTr="00064F78">
        <w:trPr>
          <w:cantSplit/>
          <w:trHeight w:val="57"/>
          <w:jc w:val="center"/>
        </w:trPr>
        <w:tc>
          <w:tcPr>
            <w:tcW w:w="0" w:type="auto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73384B" w14:textId="77777777" w:rsidR="006F21E8" w:rsidRPr="00035FC8" w:rsidRDefault="0092591A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35FC8">
              <w:rPr>
                <w:rFonts w:cs="Arial"/>
                <w:b/>
                <w:sz w:val="24"/>
                <w:szCs w:val="24"/>
              </w:rPr>
              <w:t>6. Fundamentação objetiva do recurso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437A40" w14:textId="454A19AD" w:rsidR="006F21E8" w:rsidRPr="00035FC8" w:rsidRDefault="006F21E8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</w:p>
        </w:tc>
      </w:tr>
      <w:tr w:rsidR="006F21E8" w:rsidRPr="00035FC8" w14:paraId="587133A3" w14:textId="77777777" w:rsidTr="00064F78">
        <w:trPr>
          <w:cantSplit/>
          <w:trHeight w:val="57"/>
          <w:jc w:val="center"/>
        </w:trPr>
        <w:tc>
          <w:tcPr>
            <w:tcW w:w="0" w:type="auto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2FA4DC" w14:textId="77777777" w:rsidR="006F21E8" w:rsidRPr="00035FC8" w:rsidRDefault="0092591A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35FC8">
              <w:rPr>
                <w:rFonts w:cs="Arial"/>
                <w:b/>
                <w:sz w:val="24"/>
                <w:szCs w:val="24"/>
              </w:rPr>
              <w:t>7. Pedido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D4453E" w14:textId="7B97485E" w:rsidR="006F21E8" w:rsidRPr="00035FC8" w:rsidRDefault="006F21E8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</w:p>
        </w:tc>
      </w:tr>
      <w:tr w:rsidR="006F21E8" w:rsidRPr="00035FC8" w14:paraId="0DDFB9C2" w14:textId="77777777" w:rsidTr="00064F78">
        <w:trPr>
          <w:cantSplit/>
          <w:trHeight w:val="57"/>
          <w:jc w:val="center"/>
        </w:trPr>
        <w:tc>
          <w:tcPr>
            <w:tcW w:w="0" w:type="auto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D6E56F" w14:textId="77777777" w:rsidR="006F21E8" w:rsidRPr="00035FC8" w:rsidRDefault="0092591A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35FC8">
              <w:rPr>
                <w:rFonts w:cs="Arial"/>
                <w:b/>
                <w:sz w:val="24"/>
                <w:szCs w:val="24"/>
              </w:rPr>
              <w:t>8. Data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2C9869" w14:textId="67E339F2" w:rsidR="006F21E8" w:rsidRPr="00035FC8" w:rsidRDefault="006F21E8" w:rsidP="00064F78">
            <w:pPr>
              <w:spacing w:after="0" w:line="240" w:lineRule="auto"/>
              <w:ind w:left="567" w:hanging="567"/>
              <w:rPr>
                <w:rFonts w:cs="Arial"/>
                <w:sz w:val="24"/>
                <w:szCs w:val="24"/>
              </w:rPr>
            </w:pPr>
          </w:p>
        </w:tc>
      </w:tr>
    </w:tbl>
    <w:p w14:paraId="7AA7E611" w14:textId="77777777" w:rsidR="00580708" w:rsidRPr="00035FC8" w:rsidRDefault="00580708" w:rsidP="00227819">
      <w:pPr>
        <w:spacing w:before="160" w:after="120" w:line="360" w:lineRule="auto"/>
        <w:jc w:val="both"/>
        <w:rPr>
          <w:rFonts w:cs="Arial"/>
          <w:i/>
          <w:sz w:val="24"/>
          <w:szCs w:val="24"/>
        </w:rPr>
      </w:pPr>
    </w:p>
    <w:p w14:paraId="5AE5F123" w14:textId="699E5821" w:rsidR="006F21E8" w:rsidRPr="00035FC8" w:rsidRDefault="0092591A" w:rsidP="00580708">
      <w:pPr>
        <w:spacing w:before="160" w:after="120" w:line="240" w:lineRule="auto"/>
        <w:jc w:val="both"/>
        <w:rPr>
          <w:rFonts w:cs="Arial"/>
          <w:sz w:val="24"/>
          <w:szCs w:val="24"/>
        </w:rPr>
      </w:pPr>
      <w:r w:rsidRPr="00035FC8">
        <w:rPr>
          <w:rFonts w:cs="Arial"/>
          <w:i/>
          <w:sz w:val="24"/>
          <w:szCs w:val="24"/>
        </w:rPr>
        <w:t>O recurso deverá limitar-se às hipóteses previstas no Edital e não será conhecido quando apresentado fora do prazo ou sem fundamentação mínima.</w:t>
      </w:r>
    </w:p>
    <w:p w14:paraId="4260A541" w14:textId="397BC354" w:rsidR="006F21E8" w:rsidRDefault="006F21E8" w:rsidP="00B61A93">
      <w:pPr>
        <w:spacing w:line="360" w:lineRule="auto"/>
        <w:jc w:val="both"/>
        <w:rPr>
          <w:rFonts w:cs="Arial"/>
          <w:sz w:val="24"/>
          <w:szCs w:val="24"/>
        </w:rPr>
      </w:pPr>
    </w:p>
    <w:p w14:paraId="3CF8EF42" w14:textId="77777777" w:rsidR="000F5C4F" w:rsidRPr="00035FC8" w:rsidRDefault="000F5C4F" w:rsidP="000F5C4F">
      <w:pPr>
        <w:spacing w:before="360" w:after="120" w:line="360" w:lineRule="auto"/>
        <w:ind w:left="567" w:hanging="567"/>
        <w:jc w:val="both"/>
        <w:rPr>
          <w:rFonts w:cs="Arial"/>
          <w:sz w:val="24"/>
          <w:szCs w:val="24"/>
        </w:rPr>
      </w:pPr>
      <w:r w:rsidRPr="00035FC8">
        <w:rPr>
          <w:rFonts w:cs="Arial"/>
          <w:sz w:val="24"/>
          <w:szCs w:val="24"/>
        </w:rPr>
        <w:t>[CIDADE], [DATA].</w:t>
      </w:r>
    </w:p>
    <w:p w14:paraId="34FF9756" w14:textId="77777777" w:rsidR="000F5C4F" w:rsidRPr="006335BA" w:rsidRDefault="000F5C4F" w:rsidP="000F5C4F">
      <w:pPr>
        <w:spacing w:after="120" w:line="360" w:lineRule="auto"/>
        <w:ind w:left="567" w:hanging="567"/>
        <w:jc w:val="both"/>
        <w:rPr>
          <w:rFonts w:cs="Arial"/>
          <w:sz w:val="24"/>
          <w:szCs w:val="24"/>
        </w:rPr>
      </w:pPr>
      <w:r w:rsidRPr="00035FC8">
        <w:rPr>
          <w:rFonts w:cs="Arial"/>
          <w:b/>
          <w:sz w:val="24"/>
          <w:szCs w:val="24"/>
        </w:rPr>
        <w:t>[ASSINATURA]</w:t>
      </w:r>
    </w:p>
    <w:p w14:paraId="3595555F" w14:textId="77777777" w:rsidR="000F5C4F" w:rsidRPr="00035FC8" w:rsidRDefault="000F5C4F" w:rsidP="00B61A93">
      <w:pPr>
        <w:spacing w:line="360" w:lineRule="auto"/>
        <w:jc w:val="both"/>
        <w:rPr>
          <w:rFonts w:cs="Arial"/>
          <w:sz w:val="24"/>
          <w:szCs w:val="24"/>
        </w:rPr>
      </w:pPr>
    </w:p>
    <w:sectPr w:rsidR="000F5C4F" w:rsidRPr="00035FC8" w:rsidSect="00072D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134" w:bottom="1134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4AFEF" w14:textId="77777777" w:rsidR="00A4121C" w:rsidRPr="009A1F5B" w:rsidRDefault="00A4121C">
      <w:pPr>
        <w:spacing w:after="0" w:line="240" w:lineRule="auto"/>
      </w:pPr>
      <w:r w:rsidRPr="009A1F5B">
        <w:separator/>
      </w:r>
    </w:p>
  </w:endnote>
  <w:endnote w:type="continuationSeparator" w:id="0">
    <w:p w14:paraId="5B52979B" w14:textId="77777777" w:rsidR="00A4121C" w:rsidRPr="009A1F5B" w:rsidRDefault="00A4121C">
      <w:pPr>
        <w:spacing w:after="0" w:line="240" w:lineRule="auto"/>
      </w:pPr>
      <w:r w:rsidRPr="009A1F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B98C7" w14:textId="77777777" w:rsidR="00C760A7" w:rsidRDefault="00C760A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D503" w14:textId="77777777" w:rsidR="006F21E8" w:rsidRPr="009A1F5B" w:rsidRDefault="0092591A">
    <w:pPr>
      <w:pStyle w:val="Rodap"/>
      <w:jc w:val="center"/>
    </w:pPr>
    <w:r w:rsidRPr="009A1F5B">
      <w:rPr>
        <w:color w:val="595959"/>
        <w:sz w:val="16"/>
      </w:rPr>
      <w:t xml:space="preserve">Página </w:t>
    </w:r>
    <w:r w:rsidRPr="009A1F5B">
      <w:rPr>
        <w:color w:val="595959"/>
        <w:sz w:val="16"/>
      </w:rPr>
      <w:fldChar w:fldCharType="begin"/>
    </w:r>
    <w:r w:rsidRPr="009A1F5B">
      <w:rPr>
        <w:color w:val="595959"/>
        <w:sz w:val="16"/>
      </w:rPr>
      <w:instrText>PAGE</w:instrText>
    </w:r>
    <w:r w:rsidRPr="009A1F5B">
      <w:rPr>
        <w:color w:val="595959"/>
        <w:sz w:val="16"/>
      </w:rPr>
      <w:fldChar w:fldCharType="separate"/>
    </w:r>
    <w:r w:rsidR="009A1F5B" w:rsidRPr="009A1F5B">
      <w:rPr>
        <w:color w:val="595959"/>
        <w:sz w:val="16"/>
      </w:rPr>
      <w:t>1</w:t>
    </w:r>
    <w:r w:rsidRPr="009A1F5B">
      <w:rPr>
        <w:color w:val="595959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2BA9" w14:textId="77777777" w:rsidR="00C760A7" w:rsidRDefault="00C760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E882F" w14:textId="77777777" w:rsidR="00A4121C" w:rsidRPr="009A1F5B" w:rsidRDefault="00A4121C">
      <w:pPr>
        <w:spacing w:after="0" w:line="240" w:lineRule="auto"/>
      </w:pPr>
      <w:r w:rsidRPr="009A1F5B">
        <w:separator/>
      </w:r>
    </w:p>
  </w:footnote>
  <w:footnote w:type="continuationSeparator" w:id="0">
    <w:p w14:paraId="5888BF0D" w14:textId="77777777" w:rsidR="00A4121C" w:rsidRPr="009A1F5B" w:rsidRDefault="00A4121C">
      <w:pPr>
        <w:spacing w:after="0" w:line="240" w:lineRule="auto"/>
      </w:pPr>
      <w:r w:rsidRPr="009A1F5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A8D9" w14:textId="77777777" w:rsidR="00C760A7" w:rsidRDefault="00C760A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803D" w14:textId="4CE3D5E6" w:rsidR="006F21E8" w:rsidRPr="009A1F5B" w:rsidRDefault="0092591A" w:rsidP="00FA37F2">
    <w:pPr>
      <w:pStyle w:val="Cabealho"/>
      <w:pBdr>
        <w:bottom w:val="single" w:sz="4" w:space="2" w:color="B7B7B7"/>
      </w:pBdr>
      <w:spacing w:after="120"/>
      <w:jc w:val="center"/>
    </w:pPr>
    <w:r w:rsidRPr="009A1F5B">
      <w:rPr>
        <w:color w:val="595959"/>
        <w:sz w:val="16"/>
      </w:rPr>
      <w:t>I Concurso de Boas Práticas de Gestão - Novíssimas e Supernovas Universidades Federais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99C17" w14:textId="77777777" w:rsidR="00C760A7" w:rsidRDefault="00C760A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1437B"/>
    <w:multiLevelType w:val="hybridMultilevel"/>
    <w:tmpl w:val="31CA7206"/>
    <w:lvl w:ilvl="0" w:tplc="33A82C6E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0143198D"/>
    <w:multiLevelType w:val="hybridMultilevel"/>
    <w:tmpl w:val="B512F7E0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05110694"/>
    <w:multiLevelType w:val="hybridMultilevel"/>
    <w:tmpl w:val="791E0432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056B0870"/>
    <w:multiLevelType w:val="hybridMultilevel"/>
    <w:tmpl w:val="32A89F70"/>
    <w:lvl w:ilvl="0" w:tplc="23C47DB2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0C1B2CCB"/>
    <w:multiLevelType w:val="hybridMultilevel"/>
    <w:tmpl w:val="68889EFC"/>
    <w:lvl w:ilvl="0" w:tplc="630E8F46">
      <w:start w:val="1"/>
      <w:numFmt w:val="upperRoman"/>
      <w:lvlText w:val="%1."/>
      <w:lvlJc w:val="right"/>
      <w:pPr>
        <w:ind w:left="106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06B14E4"/>
    <w:multiLevelType w:val="hybridMultilevel"/>
    <w:tmpl w:val="915AAED0"/>
    <w:lvl w:ilvl="0" w:tplc="C5C6CD30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117C69F6"/>
    <w:multiLevelType w:val="hybridMultilevel"/>
    <w:tmpl w:val="1CF65470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14DB49A4"/>
    <w:multiLevelType w:val="multilevel"/>
    <w:tmpl w:val="206AC4DC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11"/>
      <w:isLgl/>
      <w:lvlText w:val="%1.%2"/>
      <w:lvlJc w:val="left"/>
      <w:pPr>
        <w:ind w:left="468" w:hanging="468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192A276A"/>
    <w:multiLevelType w:val="multilevel"/>
    <w:tmpl w:val="9126D668"/>
    <w:lvl w:ilvl="0">
      <w:start w:val="1"/>
      <w:numFmt w:val="upperRoman"/>
      <w:lvlText w:val="%1."/>
      <w:lvlJc w:val="right"/>
      <w:pPr>
        <w:ind w:left="1060" w:hanging="360"/>
      </w:pPr>
    </w:lvl>
    <w:lvl w:ilvl="1">
      <w:start w:val="3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0" w:hanging="2160"/>
      </w:pPr>
      <w:rPr>
        <w:rFonts w:hint="default"/>
      </w:rPr>
    </w:lvl>
  </w:abstractNum>
  <w:abstractNum w:abstractNumId="15" w15:restartNumberingAfterBreak="0">
    <w:nsid w:val="25BE20D3"/>
    <w:multiLevelType w:val="hybridMultilevel"/>
    <w:tmpl w:val="FF227B4C"/>
    <w:lvl w:ilvl="0" w:tplc="3E3AB2D2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27797F70"/>
    <w:multiLevelType w:val="multilevel"/>
    <w:tmpl w:val="7D908818"/>
    <w:lvl w:ilvl="0">
      <w:start w:val="1"/>
      <w:numFmt w:val="upperRoman"/>
      <w:lvlText w:val="%1."/>
      <w:lvlJc w:val="right"/>
      <w:pPr>
        <w:ind w:left="816" w:hanging="408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8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28" w:hanging="2160"/>
      </w:pPr>
      <w:rPr>
        <w:rFonts w:hint="default"/>
      </w:rPr>
    </w:lvl>
  </w:abstractNum>
  <w:abstractNum w:abstractNumId="17" w15:restartNumberingAfterBreak="0">
    <w:nsid w:val="2853325C"/>
    <w:multiLevelType w:val="hybridMultilevel"/>
    <w:tmpl w:val="7C08B55C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2ADD20C2"/>
    <w:multiLevelType w:val="hybridMultilevel"/>
    <w:tmpl w:val="B1B629D2"/>
    <w:lvl w:ilvl="0" w:tplc="33A82C6E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20" w:hanging="360"/>
      </w:pPr>
    </w:lvl>
    <w:lvl w:ilvl="2" w:tplc="0416001B" w:tentative="1">
      <w:start w:val="1"/>
      <w:numFmt w:val="lowerRoman"/>
      <w:lvlText w:val="%3."/>
      <w:lvlJc w:val="right"/>
      <w:pPr>
        <w:ind w:left="2140" w:hanging="180"/>
      </w:pPr>
    </w:lvl>
    <w:lvl w:ilvl="3" w:tplc="0416000F" w:tentative="1">
      <w:start w:val="1"/>
      <w:numFmt w:val="decimal"/>
      <w:lvlText w:val="%4."/>
      <w:lvlJc w:val="left"/>
      <w:pPr>
        <w:ind w:left="2860" w:hanging="360"/>
      </w:pPr>
    </w:lvl>
    <w:lvl w:ilvl="4" w:tplc="04160019" w:tentative="1">
      <w:start w:val="1"/>
      <w:numFmt w:val="lowerLetter"/>
      <w:lvlText w:val="%5."/>
      <w:lvlJc w:val="left"/>
      <w:pPr>
        <w:ind w:left="3580" w:hanging="360"/>
      </w:pPr>
    </w:lvl>
    <w:lvl w:ilvl="5" w:tplc="0416001B" w:tentative="1">
      <w:start w:val="1"/>
      <w:numFmt w:val="lowerRoman"/>
      <w:lvlText w:val="%6."/>
      <w:lvlJc w:val="right"/>
      <w:pPr>
        <w:ind w:left="4300" w:hanging="180"/>
      </w:pPr>
    </w:lvl>
    <w:lvl w:ilvl="6" w:tplc="0416000F" w:tentative="1">
      <w:start w:val="1"/>
      <w:numFmt w:val="decimal"/>
      <w:lvlText w:val="%7."/>
      <w:lvlJc w:val="left"/>
      <w:pPr>
        <w:ind w:left="5020" w:hanging="360"/>
      </w:pPr>
    </w:lvl>
    <w:lvl w:ilvl="7" w:tplc="04160019" w:tentative="1">
      <w:start w:val="1"/>
      <w:numFmt w:val="lowerLetter"/>
      <w:lvlText w:val="%8."/>
      <w:lvlJc w:val="left"/>
      <w:pPr>
        <w:ind w:left="5740" w:hanging="360"/>
      </w:pPr>
    </w:lvl>
    <w:lvl w:ilvl="8" w:tplc="04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9" w15:restartNumberingAfterBreak="0">
    <w:nsid w:val="2C614903"/>
    <w:multiLevelType w:val="multilevel"/>
    <w:tmpl w:val="A26EFF1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2576C4E"/>
    <w:multiLevelType w:val="hybridMultilevel"/>
    <w:tmpl w:val="631A733A"/>
    <w:lvl w:ilvl="0" w:tplc="E7184AD4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1" w15:restartNumberingAfterBreak="0">
    <w:nsid w:val="3B7653B1"/>
    <w:multiLevelType w:val="hybridMultilevel"/>
    <w:tmpl w:val="7CF4291E"/>
    <w:lvl w:ilvl="0" w:tplc="3276496E">
      <w:start w:val="1"/>
      <w:numFmt w:val="upperRoman"/>
      <w:pStyle w:val="3"/>
      <w:lvlText w:val="%1."/>
      <w:lvlJc w:val="right"/>
      <w:pPr>
        <w:ind w:left="17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2" w15:restartNumberingAfterBreak="0">
    <w:nsid w:val="43514BAE"/>
    <w:multiLevelType w:val="hybridMultilevel"/>
    <w:tmpl w:val="B8505846"/>
    <w:lvl w:ilvl="0" w:tplc="DCDA21A8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3" w15:restartNumberingAfterBreak="0">
    <w:nsid w:val="47BD5E20"/>
    <w:multiLevelType w:val="hybridMultilevel"/>
    <w:tmpl w:val="AFF86EBE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48936244"/>
    <w:multiLevelType w:val="hybridMultilevel"/>
    <w:tmpl w:val="744A9766"/>
    <w:lvl w:ilvl="0" w:tplc="ACE665B0">
      <w:start w:val="1"/>
      <w:numFmt w:val="upperLetter"/>
      <w:lvlText w:val="%1."/>
      <w:lvlJc w:val="left"/>
      <w:pPr>
        <w:ind w:left="106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49AC036C"/>
    <w:multiLevelType w:val="hybridMultilevel"/>
    <w:tmpl w:val="BE50AE42"/>
    <w:lvl w:ilvl="0" w:tplc="13202D82">
      <w:start w:val="1"/>
      <w:numFmt w:val="upperRoman"/>
      <w:lvlText w:val="%1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D91DD1"/>
    <w:multiLevelType w:val="hybridMultilevel"/>
    <w:tmpl w:val="E81296F4"/>
    <w:lvl w:ilvl="0" w:tplc="3BAC8D72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7" w15:restartNumberingAfterBreak="0">
    <w:nsid w:val="71521B59"/>
    <w:multiLevelType w:val="hybridMultilevel"/>
    <w:tmpl w:val="96F0F56A"/>
    <w:lvl w:ilvl="0" w:tplc="AFEC8160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8" w15:restartNumberingAfterBreak="0">
    <w:nsid w:val="715F1B16"/>
    <w:multiLevelType w:val="hybridMultilevel"/>
    <w:tmpl w:val="505C372E"/>
    <w:lvl w:ilvl="0" w:tplc="3CB08F00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20" w:hanging="360"/>
      </w:pPr>
    </w:lvl>
    <w:lvl w:ilvl="2" w:tplc="0416001B" w:tentative="1">
      <w:start w:val="1"/>
      <w:numFmt w:val="lowerRoman"/>
      <w:lvlText w:val="%3."/>
      <w:lvlJc w:val="right"/>
      <w:pPr>
        <w:ind w:left="2140" w:hanging="180"/>
      </w:pPr>
    </w:lvl>
    <w:lvl w:ilvl="3" w:tplc="0416000F" w:tentative="1">
      <w:start w:val="1"/>
      <w:numFmt w:val="decimal"/>
      <w:lvlText w:val="%4."/>
      <w:lvlJc w:val="left"/>
      <w:pPr>
        <w:ind w:left="2860" w:hanging="360"/>
      </w:pPr>
    </w:lvl>
    <w:lvl w:ilvl="4" w:tplc="04160019" w:tentative="1">
      <w:start w:val="1"/>
      <w:numFmt w:val="lowerLetter"/>
      <w:lvlText w:val="%5."/>
      <w:lvlJc w:val="left"/>
      <w:pPr>
        <w:ind w:left="3580" w:hanging="360"/>
      </w:pPr>
    </w:lvl>
    <w:lvl w:ilvl="5" w:tplc="0416001B" w:tentative="1">
      <w:start w:val="1"/>
      <w:numFmt w:val="lowerRoman"/>
      <w:lvlText w:val="%6."/>
      <w:lvlJc w:val="right"/>
      <w:pPr>
        <w:ind w:left="4300" w:hanging="180"/>
      </w:pPr>
    </w:lvl>
    <w:lvl w:ilvl="6" w:tplc="0416000F" w:tentative="1">
      <w:start w:val="1"/>
      <w:numFmt w:val="decimal"/>
      <w:lvlText w:val="%7."/>
      <w:lvlJc w:val="left"/>
      <w:pPr>
        <w:ind w:left="5020" w:hanging="360"/>
      </w:pPr>
    </w:lvl>
    <w:lvl w:ilvl="7" w:tplc="04160019" w:tentative="1">
      <w:start w:val="1"/>
      <w:numFmt w:val="lowerLetter"/>
      <w:lvlText w:val="%8."/>
      <w:lvlJc w:val="left"/>
      <w:pPr>
        <w:ind w:left="5740" w:hanging="360"/>
      </w:pPr>
    </w:lvl>
    <w:lvl w:ilvl="8" w:tplc="04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750A4A78"/>
    <w:multiLevelType w:val="hybridMultilevel"/>
    <w:tmpl w:val="9CC0E7A8"/>
    <w:lvl w:ilvl="0" w:tplc="04160013">
      <w:start w:val="1"/>
      <w:numFmt w:val="upperRoman"/>
      <w:lvlText w:val="%1."/>
      <w:lvlJc w:val="right"/>
      <w:pPr>
        <w:ind w:left="17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30" w15:restartNumberingAfterBreak="0">
    <w:nsid w:val="75BC7B96"/>
    <w:multiLevelType w:val="hybridMultilevel"/>
    <w:tmpl w:val="A0743332"/>
    <w:lvl w:ilvl="0" w:tplc="BE7C17F0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1" w15:restartNumberingAfterBreak="0">
    <w:nsid w:val="77C1069F"/>
    <w:multiLevelType w:val="hybridMultilevel"/>
    <w:tmpl w:val="D79888C4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C1D38C6"/>
    <w:multiLevelType w:val="hybridMultilevel"/>
    <w:tmpl w:val="8A58C73C"/>
    <w:lvl w:ilvl="0" w:tplc="A09C24F0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BE67FB"/>
    <w:multiLevelType w:val="hybridMultilevel"/>
    <w:tmpl w:val="EF52A2BC"/>
    <w:lvl w:ilvl="0" w:tplc="04160013">
      <w:start w:val="1"/>
      <w:numFmt w:val="upperRoman"/>
      <w:lvlText w:val="%1."/>
      <w:lvlJc w:val="right"/>
      <w:pPr>
        <w:ind w:left="17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num w:numId="1" w16cid:durableId="1634553231">
    <w:abstractNumId w:val="5"/>
  </w:num>
  <w:num w:numId="2" w16cid:durableId="593056158">
    <w:abstractNumId w:val="3"/>
  </w:num>
  <w:num w:numId="3" w16cid:durableId="126171003">
    <w:abstractNumId w:val="2"/>
  </w:num>
  <w:num w:numId="4" w16cid:durableId="392168997">
    <w:abstractNumId w:val="4"/>
  </w:num>
  <w:num w:numId="5" w16cid:durableId="1432511443">
    <w:abstractNumId w:val="1"/>
  </w:num>
  <w:num w:numId="6" w16cid:durableId="1346446534">
    <w:abstractNumId w:val="0"/>
  </w:num>
  <w:num w:numId="7" w16cid:durableId="1041831583">
    <w:abstractNumId w:val="13"/>
  </w:num>
  <w:num w:numId="8" w16cid:durableId="545679092">
    <w:abstractNumId w:val="19"/>
  </w:num>
  <w:num w:numId="9" w16cid:durableId="1916738729">
    <w:abstractNumId w:val="24"/>
  </w:num>
  <w:num w:numId="10" w16cid:durableId="439498251">
    <w:abstractNumId w:val="18"/>
  </w:num>
  <w:num w:numId="11" w16cid:durableId="725883109">
    <w:abstractNumId w:val="28"/>
  </w:num>
  <w:num w:numId="12" w16cid:durableId="977227417">
    <w:abstractNumId w:val="10"/>
  </w:num>
  <w:num w:numId="13" w16cid:durableId="1042678833">
    <w:abstractNumId w:val="7"/>
  </w:num>
  <w:num w:numId="14" w16cid:durableId="1899440939">
    <w:abstractNumId w:val="21"/>
  </w:num>
  <w:num w:numId="15" w16cid:durableId="405034948">
    <w:abstractNumId w:val="29"/>
  </w:num>
  <w:num w:numId="16" w16cid:durableId="1665860463">
    <w:abstractNumId w:val="33"/>
  </w:num>
  <w:num w:numId="17" w16cid:durableId="783231270">
    <w:abstractNumId w:val="16"/>
  </w:num>
  <w:num w:numId="18" w16cid:durableId="148060548">
    <w:abstractNumId w:val="8"/>
  </w:num>
  <w:num w:numId="19" w16cid:durableId="1341851659">
    <w:abstractNumId w:val="14"/>
  </w:num>
  <w:num w:numId="20" w16cid:durableId="1526871463">
    <w:abstractNumId w:val="12"/>
  </w:num>
  <w:num w:numId="21" w16cid:durableId="623779223">
    <w:abstractNumId w:val="31"/>
  </w:num>
  <w:num w:numId="22" w16cid:durableId="598297509">
    <w:abstractNumId w:val="17"/>
  </w:num>
  <w:num w:numId="23" w16cid:durableId="948195425">
    <w:abstractNumId w:val="23"/>
  </w:num>
  <w:num w:numId="24" w16cid:durableId="2063357401">
    <w:abstractNumId w:val="25"/>
  </w:num>
  <w:num w:numId="25" w16cid:durableId="1698845349">
    <w:abstractNumId w:val="27"/>
  </w:num>
  <w:num w:numId="26" w16cid:durableId="1225995210">
    <w:abstractNumId w:val="32"/>
  </w:num>
  <w:num w:numId="27" w16cid:durableId="1881017704">
    <w:abstractNumId w:val="15"/>
  </w:num>
  <w:num w:numId="28" w16cid:durableId="840122370">
    <w:abstractNumId w:val="20"/>
  </w:num>
  <w:num w:numId="29" w16cid:durableId="1568879929">
    <w:abstractNumId w:val="9"/>
  </w:num>
  <w:num w:numId="30" w16cid:durableId="47192764">
    <w:abstractNumId w:val="30"/>
  </w:num>
  <w:num w:numId="31" w16cid:durableId="256254506">
    <w:abstractNumId w:val="22"/>
  </w:num>
  <w:num w:numId="32" w16cid:durableId="223377105">
    <w:abstractNumId w:val="26"/>
  </w:num>
  <w:num w:numId="33" w16cid:durableId="486702660">
    <w:abstractNumId w:val="11"/>
  </w:num>
  <w:num w:numId="34" w16cid:durableId="180315386">
    <w:abstractNumId w:val="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34C"/>
    <w:rsid w:val="00011DD9"/>
    <w:rsid w:val="000144D7"/>
    <w:rsid w:val="00034616"/>
    <w:rsid w:val="00035FC8"/>
    <w:rsid w:val="0006063C"/>
    <w:rsid w:val="00064F78"/>
    <w:rsid w:val="00072D6B"/>
    <w:rsid w:val="000A1EEA"/>
    <w:rsid w:val="000A466C"/>
    <w:rsid w:val="000A58B5"/>
    <w:rsid w:val="000B575C"/>
    <w:rsid w:val="000C0496"/>
    <w:rsid w:val="000C46F1"/>
    <w:rsid w:val="000D7203"/>
    <w:rsid w:val="000D7AC4"/>
    <w:rsid w:val="000E65CF"/>
    <w:rsid w:val="000E6E80"/>
    <w:rsid w:val="000F29E1"/>
    <w:rsid w:val="000F5C4F"/>
    <w:rsid w:val="00102A85"/>
    <w:rsid w:val="00106961"/>
    <w:rsid w:val="001237D2"/>
    <w:rsid w:val="00147BB6"/>
    <w:rsid w:val="0015074B"/>
    <w:rsid w:val="00165BCE"/>
    <w:rsid w:val="001B03C8"/>
    <w:rsid w:val="001B1DE2"/>
    <w:rsid w:val="001B4630"/>
    <w:rsid w:val="001B5264"/>
    <w:rsid w:val="001C214D"/>
    <w:rsid w:val="001C4699"/>
    <w:rsid w:val="001D6BF2"/>
    <w:rsid w:val="001E00DA"/>
    <w:rsid w:val="001E5EFF"/>
    <w:rsid w:val="001E63FA"/>
    <w:rsid w:val="002223A1"/>
    <w:rsid w:val="00227819"/>
    <w:rsid w:val="00227AB4"/>
    <w:rsid w:val="002438D6"/>
    <w:rsid w:val="002517B2"/>
    <w:rsid w:val="002523BC"/>
    <w:rsid w:val="002849A9"/>
    <w:rsid w:val="002906F5"/>
    <w:rsid w:val="0029639D"/>
    <w:rsid w:val="002A5B21"/>
    <w:rsid w:val="002B7489"/>
    <w:rsid w:val="002C1751"/>
    <w:rsid w:val="002D27E2"/>
    <w:rsid w:val="002E0C3D"/>
    <w:rsid w:val="002F4D57"/>
    <w:rsid w:val="00305117"/>
    <w:rsid w:val="00317618"/>
    <w:rsid w:val="00324AC5"/>
    <w:rsid w:val="00326F90"/>
    <w:rsid w:val="00333B62"/>
    <w:rsid w:val="0034527E"/>
    <w:rsid w:val="0035437A"/>
    <w:rsid w:val="00367F11"/>
    <w:rsid w:val="003712E4"/>
    <w:rsid w:val="003774EF"/>
    <w:rsid w:val="003819DC"/>
    <w:rsid w:val="00386F2C"/>
    <w:rsid w:val="00390FF5"/>
    <w:rsid w:val="003920FA"/>
    <w:rsid w:val="003B638A"/>
    <w:rsid w:val="003B7293"/>
    <w:rsid w:val="0042289F"/>
    <w:rsid w:val="00433C9D"/>
    <w:rsid w:val="004361B4"/>
    <w:rsid w:val="004438D9"/>
    <w:rsid w:val="004454F4"/>
    <w:rsid w:val="004551B5"/>
    <w:rsid w:val="0045799C"/>
    <w:rsid w:val="00474FE1"/>
    <w:rsid w:val="004A0E83"/>
    <w:rsid w:val="004A2FE2"/>
    <w:rsid w:val="004D37AF"/>
    <w:rsid w:val="004D7256"/>
    <w:rsid w:val="004E2B5C"/>
    <w:rsid w:val="004F0B51"/>
    <w:rsid w:val="004F6EB3"/>
    <w:rsid w:val="00500B12"/>
    <w:rsid w:val="00512149"/>
    <w:rsid w:val="00531FC9"/>
    <w:rsid w:val="0053759C"/>
    <w:rsid w:val="00552446"/>
    <w:rsid w:val="005647A2"/>
    <w:rsid w:val="00573FEB"/>
    <w:rsid w:val="00580708"/>
    <w:rsid w:val="00593239"/>
    <w:rsid w:val="005958D0"/>
    <w:rsid w:val="005A06D1"/>
    <w:rsid w:val="005A57D7"/>
    <w:rsid w:val="005D4C31"/>
    <w:rsid w:val="00601588"/>
    <w:rsid w:val="00607521"/>
    <w:rsid w:val="00624BE5"/>
    <w:rsid w:val="006268E6"/>
    <w:rsid w:val="006335BA"/>
    <w:rsid w:val="00642302"/>
    <w:rsid w:val="00647603"/>
    <w:rsid w:val="00651E6C"/>
    <w:rsid w:val="006631AA"/>
    <w:rsid w:val="00667231"/>
    <w:rsid w:val="00681B89"/>
    <w:rsid w:val="006822A8"/>
    <w:rsid w:val="0068406D"/>
    <w:rsid w:val="00685216"/>
    <w:rsid w:val="00686218"/>
    <w:rsid w:val="006C14FD"/>
    <w:rsid w:val="006D5E27"/>
    <w:rsid w:val="006E28B0"/>
    <w:rsid w:val="006F21E8"/>
    <w:rsid w:val="006F35D9"/>
    <w:rsid w:val="007060D6"/>
    <w:rsid w:val="00732B25"/>
    <w:rsid w:val="0073453D"/>
    <w:rsid w:val="00746519"/>
    <w:rsid w:val="00754CB4"/>
    <w:rsid w:val="00755045"/>
    <w:rsid w:val="00765070"/>
    <w:rsid w:val="00797AD8"/>
    <w:rsid w:val="007A496C"/>
    <w:rsid w:val="007A58C8"/>
    <w:rsid w:val="007B470E"/>
    <w:rsid w:val="007D6102"/>
    <w:rsid w:val="007E37BB"/>
    <w:rsid w:val="007F0888"/>
    <w:rsid w:val="007F4115"/>
    <w:rsid w:val="008070BD"/>
    <w:rsid w:val="00815B90"/>
    <w:rsid w:val="008178B2"/>
    <w:rsid w:val="008205FE"/>
    <w:rsid w:val="00851357"/>
    <w:rsid w:val="0085613A"/>
    <w:rsid w:val="00856AB4"/>
    <w:rsid w:val="008674C5"/>
    <w:rsid w:val="008719D8"/>
    <w:rsid w:val="00873085"/>
    <w:rsid w:val="00893882"/>
    <w:rsid w:val="008B796B"/>
    <w:rsid w:val="008E4BDC"/>
    <w:rsid w:val="008E5588"/>
    <w:rsid w:val="0090083F"/>
    <w:rsid w:val="00917069"/>
    <w:rsid w:val="0092591A"/>
    <w:rsid w:val="00933E2E"/>
    <w:rsid w:val="00934423"/>
    <w:rsid w:val="009421C0"/>
    <w:rsid w:val="00963439"/>
    <w:rsid w:val="00992C47"/>
    <w:rsid w:val="009A1F5B"/>
    <w:rsid w:val="009A24F0"/>
    <w:rsid w:val="009A701D"/>
    <w:rsid w:val="009B00BF"/>
    <w:rsid w:val="009C1312"/>
    <w:rsid w:val="009C1929"/>
    <w:rsid w:val="009D430F"/>
    <w:rsid w:val="009E1520"/>
    <w:rsid w:val="00A25DA3"/>
    <w:rsid w:val="00A4121C"/>
    <w:rsid w:val="00A60385"/>
    <w:rsid w:val="00A6281C"/>
    <w:rsid w:val="00AA1D8D"/>
    <w:rsid w:val="00AA5703"/>
    <w:rsid w:val="00AB1943"/>
    <w:rsid w:val="00AC27AE"/>
    <w:rsid w:val="00AE6C29"/>
    <w:rsid w:val="00AF39D5"/>
    <w:rsid w:val="00AF7432"/>
    <w:rsid w:val="00B24CD0"/>
    <w:rsid w:val="00B47730"/>
    <w:rsid w:val="00B54471"/>
    <w:rsid w:val="00B61A93"/>
    <w:rsid w:val="00B639A5"/>
    <w:rsid w:val="00B650D2"/>
    <w:rsid w:val="00B65D62"/>
    <w:rsid w:val="00B80D4E"/>
    <w:rsid w:val="00B8513C"/>
    <w:rsid w:val="00BB2FA1"/>
    <w:rsid w:val="00BE054D"/>
    <w:rsid w:val="00BE7FA4"/>
    <w:rsid w:val="00C5733C"/>
    <w:rsid w:val="00C62E88"/>
    <w:rsid w:val="00C712BE"/>
    <w:rsid w:val="00C760A7"/>
    <w:rsid w:val="00C90FBB"/>
    <w:rsid w:val="00C926DA"/>
    <w:rsid w:val="00C929A0"/>
    <w:rsid w:val="00C95936"/>
    <w:rsid w:val="00CA3370"/>
    <w:rsid w:val="00CA4D50"/>
    <w:rsid w:val="00CA71A8"/>
    <w:rsid w:val="00CB0664"/>
    <w:rsid w:val="00CE5BC8"/>
    <w:rsid w:val="00D10B9C"/>
    <w:rsid w:val="00D242EF"/>
    <w:rsid w:val="00D30069"/>
    <w:rsid w:val="00D714FB"/>
    <w:rsid w:val="00D813D5"/>
    <w:rsid w:val="00D90EFC"/>
    <w:rsid w:val="00DA005F"/>
    <w:rsid w:val="00DA70D6"/>
    <w:rsid w:val="00DC14D3"/>
    <w:rsid w:val="00DC27C6"/>
    <w:rsid w:val="00DC4582"/>
    <w:rsid w:val="00DD0B05"/>
    <w:rsid w:val="00DD1FF6"/>
    <w:rsid w:val="00DE046C"/>
    <w:rsid w:val="00DE3C4A"/>
    <w:rsid w:val="00DF6BB7"/>
    <w:rsid w:val="00DF7D23"/>
    <w:rsid w:val="00E05D10"/>
    <w:rsid w:val="00E2127E"/>
    <w:rsid w:val="00E27418"/>
    <w:rsid w:val="00E7367E"/>
    <w:rsid w:val="00E73F77"/>
    <w:rsid w:val="00E7709E"/>
    <w:rsid w:val="00EA4AA1"/>
    <w:rsid w:val="00EC28C3"/>
    <w:rsid w:val="00ED21EA"/>
    <w:rsid w:val="00F11E27"/>
    <w:rsid w:val="00F2072F"/>
    <w:rsid w:val="00F260D5"/>
    <w:rsid w:val="00F343E0"/>
    <w:rsid w:val="00F431CD"/>
    <w:rsid w:val="00F5333D"/>
    <w:rsid w:val="00F57AA1"/>
    <w:rsid w:val="00F62840"/>
    <w:rsid w:val="00F7669D"/>
    <w:rsid w:val="00FA0BBA"/>
    <w:rsid w:val="00FA37F2"/>
    <w:rsid w:val="00FC11D0"/>
    <w:rsid w:val="00FC4A5F"/>
    <w:rsid w:val="00FC693F"/>
    <w:rsid w:val="00FD2676"/>
    <w:rsid w:val="00FF0F55"/>
    <w:rsid w:val="00FF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EC9E4C"/>
  <w14:defaultImageDpi w14:val="300"/>
  <w15:docId w15:val="{A3832BE1-03D4-47F7-BF09-C1929831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">
    <w:name w:val="1"/>
    <w:basedOn w:val="PargrafodaLista"/>
    <w:link w:val="1Char"/>
    <w:qFormat/>
    <w:rsid w:val="0000334C"/>
    <w:pPr>
      <w:keepNext/>
      <w:keepLines/>
      <w:numPr>
        <w:numId w:val="7"/>
      </w:numPr>
      <w:spacing w:before="480" w:after="240" w:line="360" w:lineRule="auto"/>
      <w:ind w:left="567" w:hanging="567"/>
      <w:contextualSpacing w:val="0"/>
      <w:jc w:val="both"/>
    </w:pPr>
    <w:rPr>
      <w:rFonts w:cs="Arial"/>
      <w:b/>
      <w:sz w:val="24"/>
      <w:szCs w:val="24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00334C"/>
    <w:rPr>
      <w:rFonts w:ascii="Arial" w:eastAsia="Arial" w:hAnsi="Arial"/>
      <w:sz w:val="21"/>
      <w:lang w:val="pt-BR"/>
    </w:rPr>
  </w:style>
  <w:style w:type="character" w:customStyle="1" w:styleId="1Char">
    <w:name w:val="1 Char"/>
    <w:basedOn w:val="PargrafodaListaChar"/>
    <w:link w:val="1"/>
    <w:rsid w:val="0000334C"/>
    <w:rPr>
      <w:rFonts w:ascii="Arial" w:eastAsia="Arial" w:hAnsi="Arial" w:cs="Arial"/>
      <w:b/>
      <w:sz w:val="24"/>
      <w:szCs w:val="24"/>
      <w:lang w:val="pt-BR"/>
    </w:rPr>
  </w:style>
  <w:style w:type="paragraph" w:customStyle="1" w:styleId="11">
    <w:name w:val="1.1"/>
    <w:basedOn w:val="PargrafodaLista"/>
    <w:link w:val="11Char"/>
    <w:qFormat/>
    <w:rsid w:val="00CA3370"/>
    <w:pPr>
      <w:numPr>
        <w:ilvl w:val="1"/>
        <w:numId w:val="7"/>
      </w:numPr>
      <w:spacing w:after="240" w:line="240" w:lineRule="auto"/>
      <w:ind w:left="567" w:hanging="567"/>
      <w:contextualSpacing w:val="0"/>
      <w:jc w:val="both"/>
    </w:pPr>
    <w:rPr>
      <w:rFonts w:cs="Arial"/>
      <w:sz w:val="24"/>
      <w:szCs w:val="24"/>
    </w:rPr>
  </w:style>
  <w:style w:type="character" w:customStyle="1" w:styleId="11Char">
    <w:name w:val="1.1 Char"/>
    <w:basedOn w:val="PargrafodaListaChar"/>
    <w:link w:val="11"/>
    <w:rsid w:val="00CA3370"/>
    <w:rPr>
      <w:rFonts w:ascii="Arial" w:eastAsia="Arial" w:hAnsi="Arial" w:cs="Arial"/>
      <w:sz w:val="24"/>
      <w:szCs w:val="24"/>
      <w:lang w:val="pt-BR"/>
    </w:rPr>
  </w:style>
  <w:style w:type="paragraph" w:customStyle="1" w:styleId="3">
    <w:name w:val="3"/>
    <w:basedOn w:val="PargrafodaLista"/>
    <w:link w:val="3Char"/>
    <w:qFormat/>
    <w:rsid w:val="00CA3370"/>
    <w:pPr>
      <w:numPr>
        <w:numId w:val="14"/>
      </w:numPr>
      <w:tabs>
        <w:tab w:val="left" w:pos="993"/>
      </w:tabs>
      <w:spacing w:after="120" w:line="240" w:lineRule="auto"/>
      <w:contextualSpacing w:val="0"/>
      <w:jc w:val="both"/>
    </w:pPr>
    <w:rPr>
      <w:rFonts w:cs="Arial"/>
      <w:sz w:val="24"/>
      <w:szCs w:val="24"/>
    </w:rPr>
  </w:style>
  <w:style w:type="character" w:customStyle="1" w:styleId="3Char">
    <w:name w:val="3 Char"/>
    <w:basedOn w:val="PargrafodaListaChar"/>
    <w:link w:val="3"/>
    <w:rsid w:val="00CA3370"/>
    <w:rPr>
      <w:rFonts w:ascii="Arial" w:eastAsia="Arial" w:hAnsi="Arial" w:cs="Arial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2523B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52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Minuta revisada - Edital de Boas Práticas de Gestão 2026</vt:lpstr>
      <vt:lpstr/>
    </vt:vector>
  </TitlesOfParts>
  <Manager/>
  <Company/>
  <LinksUpToDate>false</LinksUpToDate>
  <CharactersWithSpaces>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revisada - Edital de Boas Práticas de Gestão 2026</dc:title>
  <dc:subject>I Concurso de Boas Práticas de Gestão das Novíssimas e Supernovas Universidades Federais</dc:subject>
  <dc:creator>Comitê Organizador - versão de trabalho</dc:creator>
  <cp:keywords>boas práticas; gestão universitária; edital; universidades federais</cp:keywords>
  <dc:description>generated by python-docx</dc:description>
  <cp:lastModifiedBy>Jorge Neris</cp:lastModifiedBy>
  <cp:revision>4</cp:revision>
  <cp:lastPrinted>2026-08-12T16:27:00Z</cp:lastPrinted>
  <dcterms:created xsi:type="dcterms:W3CDTF">2026-08-13T11:32:00Z</dcterms:created>
  <dcterms:modified xsi:type="dcterms:W3CDTF">2026-08-13T11:35:00Z</dcterms:modified>
  <cp:category/>
</cp:coreProperties>
</file>