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0659" w14:textId="77777777" w:rsidR="006F21E8" w:rsidRPr="00035FC8" w:rsidRDefault="0092591A" w:rsidP="000A58B5">
      <w:pPr>
        <w:spacing w:line="360" w:lineRule="auto"/>
        <w:ind w:left="567" w:hanging="567"/>
        <w:jc w:val="center"/>
        <w:rPr>
          <w:rFonts w:cs="Arial"/>
          <w:sz w:val="24"/>
          <w:szCs w:val="24"/>
        </w:rPr>
      </w:pPr>
      <w:r w:rsidRPr="00035FC8">
        <w:rPr>
          <w:rFonts w:cs="Arial"/>
          <w:b/>
          <w:sz w:val="24"/>
          <w:szCs w:val="24"/>
        </w:rPr>
        <w:t>ANEXO II</w:t>
      </w:r>
      <w:r w:rsidRPr="00035FC8">
        <w:rPr>
          <w:rFonts w:cs="Arial"/>
          <w:b/>
          <w:sz w:val="24"/>
          <w:szCs w:val="24"/>
        </w:rPr>
        <w:br/>
        <w:t>DECLARAÇÃO DE VERACIDADE, LEGITIMIDADE E AUTORIZAÇÃO PARA DIVULGAÇÃO</w:t>
      </w:r>
    </w:p>
    <w:p w14:paraId="495C5627" w14:textId="77777777" w:rsidR="006F21E8" w:rsidRPr="00035FC8" w:rsidRDefault="0092591A" w:rsidP="003819DC">
      <w:pPr>
        <w:spacing w:after="240" w:line="240" w:lineRule="auto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Eu, [NOME DO PROPONENTE], vinculado(a) à [INSTITUIÇÃO], responsável pela inscrição da prática intitulada [TÍTULO], declaro, para fins de participação no I Concurso de Boas Práticas de Gestão das Novíssimas e Supernovas Universidades Federais, que:</w:t>
      </w:r>
    </w:p>
    <w:p w14:paraId="7661FD7E" w14:textId="0B0B8F5A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as informações apresentadas são verdadeiras e podem ser comprovadas;</w:t>
      </w:r>
    </w:p>
    <w:p w14:paraId="2846B71F" w14:textId="558737B3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possuo legitimidade para inscrever a prática e identifiquei corretamente as pessoas que participaram diretamente de sua concepção ou implementação;</w:t>
      </w:r>
    </w:p>
    <w:p w14:paraId="3BEBECEA" w14:textId="3F70BD39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a inscrição não viola direitos autorais, direitos de imagem, deveres de sigilo ou outros direitos de terceiros;</w:t>
      </w:r>
    </w:p>
    <w:p w14:paraId="64EC9FE0" w14:textId="6317FC76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os documentos anexados foram revisados e não contêm dados pessoais desnecessários ou informações cuja divulgação seja vedada;</w:t>
      </w:r>
    </w:p>
    <w:p w14:paraId="64BE5087" w14:textId="2A3D2305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autorizo, de forma gratuita e não exclusiva, a divulgação institucional do título, do resumo e da apresentação da prática, com identificação da autoria e da instituição, para fins relacionados ao Concurso e ao compartilhamento de experiências; e</w:t>
      </w:r>
    </w:p>
    <w:p w14:paraId="74244A6B" w14:textId="06753CBA" w:rsidR="006F21E8" w:rsidRPr="00035FC8" w:rsidRDefault="0092591A" w:rsidP="008719D8">
      <w:pPr>
        <w:pStyle w:val="PargrafodaLista"/>
        <w:numPr>
          <w:ilvl w:val="0"/>
          <w:numId w:val="12"/>
        </w:numPr>
        <w:spacing w:after="240" w:line="240" w:lineRule="auto"/>
        <w:ind w:left="567" w:hanging="425"/>
        <w:contextualSpacing w:val="0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estou ciente de que informações falsas, plágio ou violação de direitos poderão acarretar desclassificação e anulação da premiação.</w:t>
      </w:r>
    </w:p>
    <w:p w14:paraId="6093C47E" w14:textId="77777777" w:rsidR="00064F78" w:rsidRPr="00035FC8" w:rsidRDefault="00064F78" w:rsidP="00552446">
      <w:pPr>
        <w:spacing w:before="360" w:after="120" w:line="360" w:lineRule="auto"/>
        <w:jc w:val="both"/>
        <w:rPr>
          <w:rFonts w:cs="Arial"/>
          <w:sz w:val="24"/>
          <w:szCs w:val="24"/>
        </w:rPr>
      </w:pPr>
    </w:p>
    <w:p w14:paraId="2F47E2FC" w14:textId="7D988E30" w:rsidR="006F21E8" w:rsidRPr="00035FC8" w:rsidRDefault="0092591A" w:rsidP="00552446">
      <w:pPr>
        <w:spacing w:before="360" w:after="120" w:line="360" w:lineRule="auto"/>
        <w:jc w:val="both"/>
        <w:rPr>
          <w:rFonts w:cs="Arial"/>
          <w:sz w:val="24"/>
          <w:szCs w:val="24"/>
        </w:rPr>
      </w:pPr>
      <w:r w:rsidRPr="00035FC8">
        <w:rPr>
          <w:rFonts w:cs="Arial"/>
          <w:sz w:val="24"/>
          <w:szCs w:val="24"/>
        </w:rPr>
        <w:t>[CIDADE], [DATA].</w:t>
      </w:r>
    </w:p>
    <w:p w14:paraId="73DB979D" w14:textId="431B5F48" w:rsidR="006F21E8" w:rsidRPr="00035FC8" w:rsidRDefault="0092591A" w:rsidP="00552446">
      <w:pPr>
        <w:spacing w:after="120" w:line="360" w:lineRule="auto"/>
        <w:jc w:val="both"/>
        <w:rPr>
          <w:rFonts w:cs="Arial"/>
          <w:sz w:val="24"/>
          <w:szCs w:val="24"/>
        </w:rPr>
      </w:pPr>
      <w:r w:rsidRPr="00035FC8">
        <w:rPr>
          <w:rFonts w:cs="Arial"/>
          <w:b/>
          <w:sz w:val="24"/>
          <w:szCs w:val="24"/>
        </w:rPr>
        <w:t>[ASSINATURA ELETRÔNICA]</w:t>
      </w:r>
    </w:p>
    <w:sectPr w:rsidR="006F21E8" w:rsidRPr="00035FC8" w:rsidSect="00072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134" w:bottom="1134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A4AC" w14:textId="77777777" w:rsidR="001C1B52" w:rsidRPr="009A1F5B" w:rsidRDefault="001C1B52">
      <w:pPr>
        <w:spacing w:after="0" w:line="240" w:lineRule="auto"/>
      </w:pPr>
      <w:r w:rsidRPr="009A1F5B">
        <w:separator/>
      </w:r>
    </w:p>
  </w:endnote>
  <w:endnote w:type="continuationSeparator" w:id="0">
    <w:p w14:paraId="19CF8935" w14:textId="77777777" w:rsidR="001C1B52" w:rsidRPr="009A1F5B" w:rsidRDefault="001C1B52">
      <w:pPr>
        <w:spacing w:after="0" w:line="240" w:lineRule="auto"/>
      </w:pPr>
      <w:r w:rsidRPr="009A1F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98C7" w14:textId="77777777" w:rsidR="00C760A7" w:rsidRDefault="00C760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D503" w14:textId="77777777" w:rsidR="006F21E8" w:rsidRPr="009A1F5B" w:rsidRDefault="0092591A">
    <w:pPr>
      <w:pStyle w:val="Rodap"/>
      <w:jc w:val="center"/>
    </w:pPr>
    <w:r w:rsidRPr="009A1F5B">
      <w:rPr>
        <w:color w:val="595959"/>
        <w:sz w:val="16"/>
      </w:rPr>
      <w:t xml:space="preserve">Página </w:t>
    </w:r>
    <w:r w:rsidRPr="009A1F5B">
      <w:rPr>
        <w:color w:val="595959"/>
        <w:sz w:val="16"/>
      </w:rPr>
      <w:fldChar w:fldCharType="begin"/>
    </w:r>
    <w:r w:rsidRPr="009A1F5B">
      <w:rPr>
        <w:color w:val="595959"/>
        <w:sz w:val="16"/>
      </w:rPr>
      <w:instrText>PAGE</w:instrText>
    </w:r>
    <w:r w:rsidRPr="009A1F5B">
      <w:rPr>
        <w:color w:val="595959"/>
        <w:sz w:val="16"/>
      </w:rPr>
      <w:fldChar w:fldCharType="separate"/>
    </w:r>
    <w:r w:rsidR="009A1F5B" w:rsidRPr="009A1F5B">
      <w:rPr>
        <w:color w:val="595959"/>
        <w:sz w:val="16"/>
      </w:rPr>
      <w:t>1</w:t>
    </w:r>
    <w:r w:rsidRPr="009A1F5B">
      <w:rPr>
        <w:color w:val="595959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2BA9" w14:textId="77777777" w:rsidR="00C760A7" w:rsidRDefault="00C760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1060" w14:textId="77777777" w:rsidR="001C1B52" w:rsidRPr="009A1F5B" w:rsidRDefault="001C1B52">
      <w:pPr>
        <w:spacing w:after="0" w:line="240" w:lineRule="auto"/>
      </w:pPr>
      <w:r w:rsidRPr="009A1F5B">
        <w:separator/>
      </w:r>
    </w:p>
  </w:footnote>
  <w:footnote w:type="continuationSeparator" w:id="0">
    <w:p w14:paraId="17EE1062" w14:textId="77777777" w:rsidR="001C1B52" w:rsidRPr="009A1F5B" w:rsidRDefault="001C1B52">
      <w:pPr>
        <w:spacing w:after="0" w:line="240" w:lineRule="auto"/>
      </w:pPr>
      <w:r w:rsidRPr="009A1F5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A8D9" w14:textId="77777777" w:rsidR="00C760A7" w:rsidRDefault="00C760A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803D" w14:textId="4CE3D5E6" w:rsidR="006F21E8" w:rsidRPr="009A1F5B" w:rsidRDefault="0092591A" w:rsidP="00FA37F2">
    <w:pPr>
      <w:pStyle w:val="Cabealho"/>
      <w:pBdr>
        <w:bottom w:val="single" w:sz="4" w:space="2" w:color="B7B7B7"/>
      </w:pBdr>
      <w:spacing w:after="120"/>
      <w:jc w:val="center"/>
    </w:pPr>
    <w:r w:rsidRPr="009A1F5B">
      <w:rPr>
        <w:color w:val="595959"/>
        <w:sz w:val="16"/>
      </w:rPr>
      <w:t>I Concurso de Boas Práticas de Gestão - Novíssimas e Supernovas Universidades Federais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9C17" w14:textId="77777777" w:rsidR="00C760A7" w:rsidRDefault="00C760A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1437B"/>
    <w:multiLevelType w:val="hybridMultilevel"/>
    <w:tmpl w:val="31CA7206"/>
    <w:lvl w:ilvl="0" w:tplc="33A82C6E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0143198D"/>
    <w:multiLevelType w:val="hybridMultilevel"/>
    <w:tmpl w:val="B512F7E0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05110694"/>
    <w:multiLevelType w:val="hybridMultilevel"/>
    <w:tmpl w:val="791E0432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056B0870"/>
    <w:multiLevelType w:val="hybridMultilevel"/>
    <w:tmpl w:val="32A89F70"/>
    <w:lvl w:ilvl="0" w:tplc="23C47DB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0C1B2CCB"/>
    <w:multiLevelType w:val="hybridMultilevel"/>
    <w:tmpl w:val="68889EFC"/>
    <w:lvl w:ilvl="0" w:tplc="630E8F46">
      <w:start w:val="1"/>
      <w:numFmt w:val="upperRoman"/>
      <w:lvlText w:val="%1."/>
      <w:lvlJc w:val="right"/>
      <w:pPr>
        <w:ind w:left="106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6B14E4"/>
    <w:multiLevelType w:val="hybridMultilevel"/>
    <w:tmpl w:val="915AAED0"/>
    <w:lvl w:ilvl="0" w:tplc="C5C6CD3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117C69F6"/>
    <w:multiLevelType w:val="hybridMultilevel"/>
    <w:tmpl w:val="1CF65470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4DB49A4"/>
    <w:multiLevelType w:val="multilevel"/>
    <w:tmpl w:val="206AC4DC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11"/>
      <w:isLgl/>
      <w:lvlText w:val="%1.%2"/>
      <w:lvlJc w:val="left"/>
      <w:pPr>
        <w:ind w:left="468" w:hanging="468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92A276A"/>
    <w:multiLevelType w:val="multilevel"/>
    <w:tmpl w:val="9126D668"/>
    <w:lvl w:ilvl="0">
      <w:start w:val="1"/>
      <w:numFmt w:val="upperRoman"/>
      <w:lvlText w:val="%1."/>
      <w:lvlJc w:val="right"/>
      <w:pPr>
        <w:ind w:left="1060" w:hanging="360"/>
      </w:pPr>
    </w:lvl>
    <w:lvl w:ilvl="1">
      <w:start w:val="3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0" w:hanging="2160"/>
      </w:pPr>
      <w:rPr>
        <w:rFonts w:hint="default"/>
      </w:rPr>
    </w:lvl>
  </w:abstractNum>
  <w:abstractNum w:abstractNumId="15" w15:restartNumberingAfterBreak="0">
    <w:nsid w:val="25BE20D3"/>
    <w:multiLevelType w:val="hybridMultilevel"/>
    <w:tmpl w:val="FF227B4C"/>
    <w:lvl w:ilvl="0" w:tplc="3E3AB2D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27797F70"/>
    <w:multiLevelType w:val="multilevel"/>
    <w:tmpl w:val="7D908818"/>
    <w:lvl w:ilvl="0">
      <w:start w:val="1"/>
      <w:numFmt w:val="upperRoman"/>
      <w:lvlText w:val="%1."/>
      <w:lvlJc w:val="right"/>
      <w:pPr>
        <w:ind w:left="816" w:hanging="408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8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8" w:hanging="2160"/>
      </w:pPr>
      <w:rPr>
        <w:rFonts w:hint="default"/>
      </w:rPr>
    </w:lvl>
  </w:abstractNum>
  <w:abstractNum w:abstractNumId="17" w15:restartNumberingAfterBreak="0">
    <w:nsid w:val="2853325C"/>
    <w:multiLevelType w:val="hybridMultilevel"/>
    <w:tmpl w:val="7C08B55C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2ADD20C2"/>
    <w:multiLevelType w:val="hybridMultilevel"/>
    <w:tmpl w:val="B1B629D2"/>
    <w:lvl w:ilvl="0" w:tplc="33A82C6E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 w15:restartNumberingAfterBreak="0">
    <w:nsid w:val="2C614903"/>
    <w:multiLevelType w:val="multilevel"/>
    <w:tmpl w:val="A26EFF1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2576C4E"/>
    <w:multiLevelType w:val="hybridMultilevel"/>
    <w:tmpl w:val="631A733A"/>
    <w:lvl w:ilvl="0" w:tplc="E7184AD4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3B7653B1"/>
    <w:multiLevelType w:val="hybridMultilevel"/>
    <w:tmpl w:val="7CF4291E"/>
    <w:lvl w:ilvl="0" w:tplc="3276496E">
      <w:start w:val="1"/>
      <w:numFmt w:val="upperRoman"/>
      <w:pStyle w:val="3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2" w15:restartNumberingAfterBreak="0">
    <w:nsid w:val="43514BAE"/>
    <w:multiLevelType w:val="hybridMultilevel"/>
    <w:tmpl w:val="B8505846"/>
    <w:lvl w:ilvl="0" w:tplc="DCDA21A8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3" w15:restartNumberingAfterBreak="0">
    <w:nsid w:val="47BD5E20"/>
    <w:multiLevelType w:val="hybridMultilevel"/>
    <w:tmpl w:val="AFF86EBE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48936244"/>
    <w:multiLevelType w:val="hybridMultilevel"/>
    <w:tmpl w:val="744A9766"/>
    <w:lvl w:ilvl="0" w:tplc="ACE665B0">
      <w:start w:val="1"/>
      <w:numFmt w:val="upperLetter"/>
      <w:lvlText w:val="%1."/>
      <w:lvlJc w:val="left"/>
      <w:pPr>
        <w:ind w:left="106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49AC036C"/>
    <w:multiLevelType w:val="hybridMultilevel"/>
    <w:tmpl w:val="BE50AE42"/>
    <w:lvl w:ilvl="0" w:tplc="13202D82">
      <w:start w:val="1"/>
      <w:numFmt w:val="upperRoman"/>
      <w:lvlText w:val="%1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D91DD1"/>
    <w:multiLevelType w:val="hybridMultilevel"/>
    <w:tmpl w:val="E81296F4"/>
    <w:lvl w:ilvl="0" w:tplc="3BAC8D72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 w15:restartNumberingAfterBreak="0">
    <w:nsid w:val="71521B59"/>
    <w:multiLevelType w:val="hybridMultilevel"/>
    <w:tmpl w:val="96F0F56A"/>
    <w:lvl w:ilvl="0" w:tplc="AFEC816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715F1B16"/>
    <w:multiLevelType w:val="hybridMultilevel"/>
    <w:tmpl w:val="505C372E"/>
    <w:lvl w:ilvl="0" w:tplc="3CB08F0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750A4A78"/>
    <w:multiLevelType w:val="hybridMultilevel"/>
    <w:tmpl w:val="9CC0E7A8"/>
    <w:lvl w:ilvl="0" w:tplc="04160013">
      <w:start w:val="1"/>
      <w:numFmt w:val="upperRoman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0" w15:restartNumberingAfterBreak="0">
    <w:nsid w:val="75BC7B96"/>
    <w:multiLevelType w:val="hybridMultilevel"/>
    <w:tmpl w:val="A0743332"/>
    <w:lvl w:ilvl="0" w:tplc="BE7C17F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1" w15:restartNumberingAfterBreak="0">
    <w:nsid w:val="77C1069F"/>
    <w:multiLevelType w:val="hybridMultilevel"/>
    <w:tmpl w:val="D79888C4"/>
    <w:lvl w:ilvl="0" w:tplc="04160013">
      <w:start w:val="1"/>
      <w:numFmt w:val="upperRoman"/>
      <w:lvlText w:val="%1."/>
      <w:lvlJc w:val="righ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C1D38C6"/>
    <w:multiLevelType w:val="hybridMultilevel"/>
    <w:tmpl w:val="8A58C73C"/>
    <w:lvl w:ilvl="0" w:tplc="A09C24F0">
      <w:start w:val="1"/>
      <w:numFmt w:val="decimal"/>
      <w:lvlText w:val="%1"/>
      <w:lvlJc w:val="left"/>
      <w:pPr>
        <w:ind w:left="70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E67FB"/>
    <w:multiLevelType w:val="hybridMultilevel"/>
    <w:tmpl w:val="EF52A2BC"/>
    <w:lvl w:ilvl="0" w:tplc="04160013">
      <w:start w:val="1"/>
      <w:numFmt w:val="upperRoman"/>
      <w:lvlText w:val="%1."/>
      <w:lvlJc w:val="right"/>
      <w:pPr>
        <w:ind w:left="17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num w:numId="1" w16cid:durableId="1634553231">
    <w:abstractNumId w:val="5"/>
  </w:num>
  <w:num w:numId="2" w16cid:durableId="593056158">
    <w:abstractNumId w:val="3"/>
  </w:num>
  <w:num w:numId="3" w16cid:durableId="126171003">
    <w:abstractNumId w:val="2"/>
  </w:num>
  <w:num w:numId="4" w16cid:durableId="392168997">
    <w:abstractNumId w:val="4"/>
  </w:num>
  <w:num w:numId="5" w16cid:durableId="1432511443">
    <w:abstractNumId w:val="1"/>
  </w:num>
  <w:num w:numId="6" w16cid:durableId="1346446534">
    <w:abstractNumId w:val="0"/>
  </w:num>
  <w:num w:numId="7" w16cid:durableId="1041831583">
    <w:abstractNumId w:val="13"/>
  </w:num>
  <w:num w:numId="8" w16cid:durableId="545679092">
    <w:abstractNumId w:val="19"/>
  </w:num>
  <w:num w:numId="9" w16cid:durableId="1916738729">
    <w:abstractNumId w:val="24"/>
  </w:num>
  <w:num w:numId="10" w16cid:durableId="439498251">
    <w:abstractNumId w:val="18"/>
  </w:num>
  <w:num w:numId="11" w16cid:durableId="725883109">
    <w:abstractNumId w:val="28"/>
  </w:num>
  <w:num w:numId="12" w16cid:durableId="977227417">
    <w:abstractNumId w:val="10"/>
  </w:num>
  <w:num w:numId="13" w16cid:durableId="1042678833">
    <w:abstractNumId w:val="7"/>
  </w:num>
  <w:num w:numId="14" w16cid:durableId="1899440939">
    <w:abstractNumId w:val="21"/>
  </w:num>
  <w:num w:numId="15" w16cid:durableId="405034948">
    <w:abstractNumId w:val="29"/>
  </w:num>
  <w:num w:numId="16" w16cid:durableId="1665860463">
    <w:abstractNumId w:val="33"/>
  </w:num>
  <w:num w:numId="17" w16cid:durableId="783231270">
    <w:abstractNumId w:val="16"/>
  </w:num>
  <w:num w:numId="18" w16cid:durableId="148060548">
    <w:abstractNumId w:val="8"/>
  </w:num>
  <w:num w:numId="19" w16cid:durableId="1341851659">
    <w:abstractNumId w:val="14"/>
  </w:num>
  <w:num w:numId="20" w16cid:durableId="1526871463">
    <w:abstractNumId w:val="12"/>
  </w:num>
  <w:num w:numId="21" w16cid:durableId="623779223">
    <w:abstractNumId w:val="31"/>
  </w:num>
  <w:num w:numId="22" w16cid:durableId="598297509">
    <w:abstractNumId w:val="17"/>
  </w:num>
  <w:num w:numId="23" w16cid:durableId="948195425">
    <w:abstractNumId w:val="23"/>
  </w:num>
  <w:num w:numId="24" w16cid:durableId="2063357401">
    <w:abstractNumId w:val="25"/>
  </w:num>
  <w:num w:numId="25" w16cid:durableId="1698845349">
    <w:abstractNumId w:val="27"/>
  </w:num>
  <w:num w:numId="26" w16cid:durableId="1225995210">
    <w:abstractNumId w:val="32"/>
  </w:num>
  <w:num w:numId="27" w16cid:durableId="1881017704">
    <w:abstractNumId w:val="15"/>
  </w:num>
  <w:num w:numId="28" w16cid:durableId="840122370">
    <w:abstractNumId w:val="20"/>
  </w:num>
  <w:num w:numId="29" w16cid:durableId="1568879929">
    <w:abstractNumId w:val="9"/>
  </w:num>
  <w:num w:numId="30" w16cid:durableId="47192764">
    <w:abstractNumId w:val="30"/>
  </w:num>
  <w:num w:numId="31" w16cid:durableId="256254506">
    <w:abstractNumId w:val="22"/>
  </w:num>
  <w:num w:numId="32" w16cid:durableId="223377105">
    <w:abstractNumId w:val="26"/>
  </w:num>
  <w:num w:numId="33" w16cid:durableId="486702660">
    <w:abstractNumId w:val="11"/>
  </w:num>
  <w:num w:numId="34" w16cid:durableId="180315386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34C"/>
    <w:rsid w:val="00011DD9"/>
    <w:rsid w:val="00034616"/>
    <w:rsid w:val="00035FC8"/>
    <w:rsid w:val="0006063C"/>
    <w:rsid w:val="00064F78"/>
    <w:rsid w:val="00072D6B"/>
    <w:rsid w:val="000A1EEA"/>
    <w:rsid w:val="000A466C"/>
    <w:rsid w:val="000A58B5"/>
    <w:rsid w:val="000B575C"/>
    <w:rsid w:val="000C0496"/>
    <w:rsid w:val="000C46F1"/>
    <w:rsid w:val="000D7203"/>
    <w:rsid w:val="000E65CF"/>
    <w:rsid w:val="000E6E80"/>
    <w:rsid w:val="000F29E1"/>
    <w:rsid w:val="00106961"/>
    <w:rsid w:val="001237D2"/>
    <w:rsid w:val="00147BB6"/>
    <w:rsid w:val="0015074B"/>
    <w:rsid w:val="00165BCE"/>
    <w:rsid w:val="001B03C8"/>
    <w:rsid w:val="001B1DE2"/>
    <w:rsid w:val="001B5264"/>
    <w:rsid w:val="001C1B52"/>
    <w:rsid w:val="001C214D"/>
    <w:rsid w:val="001C4699"/>
    <w:rsid w:val="001D6BF2"/>
    <w:rsid w:val="001E00DA"/>
    <w:rsid w:val="002223A1"/>
    <w:rsid w:val="00227819"/>
    <w:rsid w:val="00227AB4"/>
    <w:rsid w:val="002438D6"/>
    <w:rsid w:val="002517B2"/>
    <w:rsid w:val="002523BC"/>
    <w:rsid w:val="002849A9"/>
    <w:rsid w:val="002906F5"/>
    <w:rsid w:val="0029639D"/>
    <w:rsid w:val="002A5B21"/>
    <w:rsid w:val="002B7489"/>
    <w:rsid w:val="002C1751"/>
    <w:rsid w:val="002D27E2"/>
    <w:rsid w:val="002E0C3D"/>
    <w:rsid w:val="002F4D57"/>
    <w:rsid w:val="00305117"/>
    <w:rsid w:val="00317618"/>
    <w:rsid w:val="00324AC5"/>
    <w:rsid w:val="00326F90"/>
    <w:rsid w:val="00333B62"/>
    <w:rsid w:val="0034527E"/>
    <w:rsid w:val="0035437A"/>
    <w:rsid w:val="00367F11"/>
    <w:rsid w:val="003774EF"/>
    <w:rsid w:val="003819DC"/>
    <w:rsid w:val="00386F2C"/>
    <w:rsid w:val="003920FA"/>
    <w:rsid w:val="003B638A"/>
    <w:rsid w:val="003B7293"/>
    <w:rsid w:val="003E4B45"/>
    <w:rsid w:val="0042289F"/>
    <w:rsid w:val="004361B4"/>
    <w:rsid w:val="004438D9"/>
    <w:rsid w:val="004454F4"/>
    <w:rsid w:val="004551B5"/>
    <w:rsid w:val="0045799C"/>
    <w:rsid w:val="004A0E83"/>
    <w:rsid w:val="004A2FE2"/>
    <w:rsid w:val="004D37AF"/>
    <w:rsid w:val="004D7256"/>
    <w:rsid w:val="004E2B5C"/>
    <w:rsid w:val="004F0B51"/>
    <w:rsid w:val="004F6EB3"/>
    <w:rsid w:val="00500B12"/>
    <w:rsid w:val="00531FC9"/>
    <w:rsid w:val="0053759C"/>
    <w:rsid w:val="00552446"/>
    <w:rsid w:val="005647A2"/>
    <w:rsid w:val="00573FEB"/>
    <w:rsid w:val="00580708"/>
    <w:rsid w:val="00593239"/>
    <w:rsid w:val="005958D0"/>
    <w:rsid w:val="005A06D1"/>
    <w:rsid w:val="005A57D7"/>
    <w:rsid w:val="005D4C31"/>
    <w:rsid w:val="00601588"/>
    <w:rsid w:val="00624BE5"/>
    <w:rsid w:val="006268E6"/>
    <w:rsid w:val="006335BA"/>
    <w:rsid w:val="00642302"/>
    <w:rsid w:val="00651E6C"/>
    <w:rsid w:val="00652F7B"/>
    <w:rsid w:val="006631AA"/>
    <w:rsid w:val="00667231"/>
    <w:rsid w:val="006822A8"/>
    <w:rsid w:val="0068406D"/>
    <w:rsid w:val="006D5E27"/>
    <w:rsid w:val="006E28B0"/>
    <w:rsid w:val="006F21E8"/>
    <w:rsid w:val="006F35D9"/>
    <w:rsid w:val="007060D6"/>
    <w:rsid w:val="00732B25"/>
    <w:rsid w:val="0073453D"/>
    <w:rsid w:val="00746519"/>
    <w:rsid w:val="00754CB4"/>
    <w:rsid w:val="00755045"/>
    <w:rsid w:val="00765070"/>
    <w:rsid w:val="007A496C"/>
    <w:rsid w:val="007B470E"/>
    <w:rsid w:val="007D6102"/>
    <w:rsid w:val="007E37BB"/>
    <w:rsid w:val="007F0888"/>
    <w:rsid w:val="007F4115"/>
    <w:rsid w:val="008070BD"/>
    <w:rsid w:val="00815B90"/>
    <w:rsid w:val="008178B2"/>
    <w:rsid w:val="008205FE"/>
    <w:rsid w:val="00851357"/>
    <w:rsid w:val="00856AB4"/>
    <w:rsid w:val="008674C5"/>
    <w:rsid w:val="008719D8"/>
    <w:rsid w:val="00873085"/>
    <w:rsid w:val="00893882"/>
    <w:rsid w:val="008E4BDC"/>
    <w:rsid w:val="008E5588"/>
    <w:rsid w:val="0090083F"/>
    <w:rsid w:val="00917069"/>
    <w:rsid w:val="0092591A"/>
    <w:rsid w:val="00934423"/>
    <w:rsid w:val="009421C0"/>
    <w:rsid w:val="00963439"/>
    <w:rsid w:val="00992C47"/>
    <w:rsid w:val="009A1F5B"/>
    <w:rsid w:val="009A24F0"/>
    <w:rsid w:val="009A701D"/>
    <w:rsid w:val="009B00BF"/>
    <w:rsid w:val="009C1312"/>
    <w:rsid w:val="009C1929"/>
    <w:rsid w:val="009D430F"/>
    <w:rsid w:val="009E1520"/>
    <w:rsid w:val="00A25DA3"/>
    <w:rsid w:val="00A60385"/>
    <w:rsid w:val="00A6281C"/>
    <w:rsid w:val="00AA1D8D"/>
    <w:rsid w:val="00AA5703"/>
    <w:rsid w:val="00AB1943"/>
    <w:rsid w:val="00AC27AE"/>
    <w:rsid w:val="00AE6C29"/>
    <w:rsid w:val="00AF39D5"/>
    <w:rsid w:val="00AF7432"/>
    <w:rsid w:val="00B24CD0"/>
    <w:rsid w:val="00B47730"/>
    <w:rsid w:val="00B54471"/>
    <w:rsid w:val="00B639A5"/>
    <w:rsid w:val="00B650D2"/>
    <w:rsid w:val="00B65D62"/>
    <w:rsid w:val="00B8513C"/>
    <w:rsid w:val="00BB2FA1"/>
    <w:rsid w:val="00BE054D"/>
    <w:rsid w:val="00C5733C"/>
    <w:rsid w:val="00C62E88"/>
    <w:rsid w:val="00C712BE"/>
    <w:rsid w:val="00C760A7"/>
    <w:rsid w:val="00C8545A"/>
    <w:rsid w:val="00C90FBB"/>
    <w:rsid w:val="00C926DA"/>
    <w:rsid w:val="00C929A0"/>
    <w:rsid w:val="00C95936"/>
    <w:rsid w:val="00CA3370"/>
    <w:rsid w:val="00CA4D50"/>
    <w:rsid w:val="00CB0664"/>
    <w:rsid w:val="00CE5BC8"/>
    <w:rsid w:val="00D03ED6"/>
    <w:rsid w:val="00D10B9C"/>
    <w:rsid w:val="00D242EF"/>
    <w:rsid w:val="00D30069"/>
    <w:rsid w:val="00D714FB"/>
    <w:rsid w:val="00D74FCF"/>
    <w:rsid w:val="00D813D5"/>
    <w:rsid w:val="00D90EFC"/>
    <w:rsid w:val="00DA005F"/>
    <w:rsid w:val="00DA70D6"/>
    <w:rsid w:val="00DC14D3"/>
    <w:rsid w:val="00DC27C6"/>
    <w:rsid w:val="00DC4582"/>
    <w:rsid w:val="00DD0B05"/>
    <w:rsid w:val="00DD1FF6"/>
    <w:rsid w:val="00DE046C"/>
    <w:rsid w:val="00DE3C4A"/>
    <w:rsid w:val="00DF6BB7"/>
    <w:rsid w:val="00DF7D23"/>
    <w:rsid w:val="00E05D10"/>
    <w:rsid w:val="00E2127E"/>
    <w:rsid w:val="00E27418"/>
    <w:rsid w:val="00E73F77"/>
    <w:rsid w:val="00E7709E"/>
    <w:rsid w:val="00EA4AA1"/>
    <w:rsid w:val="00EC28C3"/>
    <w:rsid w:val="00ED21EA"/>
    <w:rsid w:val="00F11E27"/>
    <w:rsid w:val="00F260D5"/>
    <w:rsid w:val="00F343E0"/>
    <w:rsid w:val="00F431CD"/>
    <w:rsid w:val="00F5333D"/>
    <w:rsid w:val="00F57AA1"/>
    <w:rsid w:val="00F62840"/>
    <w:rsid w:val="00FA0BBA"/>
    <w:rsid w:val="00FA37F2"/>
    <w:rsid w:val="00FC11D0"/>
    <w:rsid w:val="00FC4A5F"/>
    <w:rsid w:val="00FC693F"/>
    <w:rsid w:val="00FD2676"/>
    <w:rsid w:val="00F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EC9E4C"/>
  <w14:defaultImageDpi w14:val="300"/>
  <w15:docId w15:val="{A3832BE1-03D4-47F7-BF09-C1929831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">
    <w:name w:val="1"/>
    <w:basedOn w:val="PargrafodaLista"/>
    <w:link w:val="1Char"/>
    <w:qFormat/>
    <w:rsid w:val="0000334C"/>
    <w:pPr>
      <w:keepNext/>
      <w:keepLines/>
      <w:numPr>
        <w:numId w:val="7"/>
      </w:numPr>
      <w:spacing w:before="480" w:after="240" w:line="360" w:lineRule="auto"/>
      <w:ind w:left="567" w:hanging="567"/>
      <w:contextualSpacing w:val="0"/>
      <w:jc w:val="both"/>
    </w:pPr>
    <w:rPr>
      <w:rFonts w:cs="Arial"/>
      <w:b/>
      <w:sz w:val="24"/>
      <w:szCs w:val="24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00334C"/>
    <w:rPr>
      <w:rFonts w:ascii="Arial" w:eastAsia="Arial" w:hAnsi="Arial"/>
      <w:sz w:val="21"/>
      <w:lang w:val="pt-BR"/>
    </w:rPr>
  </w:style>
  <w:style w:type="character" w:customStyle="1" w:styleId="1Char">
    <w:name w:val="1 Char"/>
    <w:basedOn w:val="PargrafodaListaChar"/>
    <w:link w:val="1"/>
    <w:rsid w:val="0000334C"/>
    <w:rPr>
      <w:rFonts w:ascii="Arial" w:eastAsia="Arial" w:hAnsi="Arial" w:cs="Arial"/>
      <w:b/>
      <w:sz w:val="24"/>
      <w:szCs w:val="24"/>
      <w:lang w:val="pt-BR"/>
    </w:rPr>
  </w:style>
  <w:style w:type="paragraph" w:customStyle="1" w:styleId="11">
    <w:name w:val="1.1"/>
    <w:basedOn w:val="PargrafodaLista"/>
    <w:link w:val="11Char"/>
    <w:qFormat/>
    <w:rsid w:val="00CA3370"/>
    <w:pPr>
      <w:numPr>
        <w:ilvl w:val="1"/>
        <w:numId w:val="7"/>
      </w:numPr>
      <w:spacing w:after="240" w:line="240" w:lineRule="auto"/>
      <w:ind w:left="567" w:hanging="567"/>
      <w:contextualSpacing w:val="0"/>
      <w:jc w:val="both"/>
    </w:pPr>
    <w:rPr>
      <w:rFonts w:cs="Arial"/>
      <w:sz w:val="24"/>
      <w:szCs w:val="24"/>
    </w:rPr>
  </w:style>
  <w:style w:type="character" w:customStyle="1" w:styleId="11Char">
    <w:name w:val="1.1 Char"/>
    <w:basedOn w:val="PargrafodaListaChar"/>
    <w:link w:val="11"/>
    <w:rsid w:val="00CA3370"/>
    <w:rPr>
      <w:rFonts w:ascii="Arial" w:eastAsia="Arial" w:hAnsi="Arial" w:cs="Arial"/>
      <w:sz w:val="24"/>
      <w:szCs w:val="24"/>
      <w:lang w:val="pt-BR"/>
    </w:rPr>
  </w:style>
  <w:style w:type="paragraph" w:customStyle="1" w:styleId="3">
    <w:name w:val="3"/>
    <w:basedOn w:val="PargrafodaLista"/>
    <w:link w:val="3Char"/>
    <w:qFormat/>
    <w:rsid w:val="00CA3370"/>
    <w:pPr>
      <w:numPr>
        <w:numId w:val="14"/>
      </w:numPr>
      <w:tabs>
        <w:tab w:val="left" w:pos="993"/>
      </w:tabs>
      <w:spacing w:after="120" w:line="240" w:lineRule="auto"/>
      <w:contextualSpacing w:val="0"/>
      <w:jc w:val="both"/>
    </w:pPr>
    <w:rPr>
      <w:rFonts w:cs="Arial"/>
      <w:sz w:val="24"/>
      <w:szCs w:val="24"/>
    </w:rPr>
  </w:style>
  <w:style w:type="character" w:customStyle="1" w:styleId="3Char">
    <w:name w:val="3 Char"/>
    <w:basedOn w:val="PargrafodaListaChar"/>
    <w:link w:val="3"/>
    <w:rsid w:val="00CA3370"/>
    <w:rPr>
      <w:rFonts w:ascii="Arial" w:eastAsia="Arial" w:hAnsi="Arial" w:cs="Arial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2523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revisada - Edital de Boas Práticas de Gestão 2026</vt:lpstr>
      <vt:lpstr/>
    </vt:vector>
  </TitlesOfParts>
  <Manager/>
  <Company/>
  <LinksUpToDate>false</LinksUpToDate>
  <CharactersWithSpaces>1199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revisada - Edital de Boas Práticas de Gestão 2026</dc:title>
  <dc:subject>I Concurso de Boas Práticas de Gestão das Novíssimas e Supernovas Universidades Federais</dc:subject>
  <dc:creator>Comitê Organizador - versão de trabalho</dc:creator>
  <cp:keywords>boas práticas; gestão universitária; edital; universidades federais</cp:keywords>
  <dc:description>generated by python-docx</dc:description>
  <cp:lastModifiedBy>Jorge Neris</cp:lastModifiedBy>
  <cp:revision>5</cp:revision>
  <cp:lastPrinted>2026-08-12T16:27:00Z</cp:lastPrinted>
  <dcterms:created xsi:type="dcterms:W3CDTF">2026-08-13T10:46:00Z</dcterms:created>
  <dcterms:modified xsi:type="dcterms:W3CDTF">2026-08-13T10:48:00Z</dcterms:modified>
  <cp:category/>
</cp:coreProperties>
</file>